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34B19" w14:textId="77777777" w:rsidR="005F2997" w:rsidRDefault="00000000">
      <w:pPr>
        <w:spacing w:after="80"/>
        <w:jc w:val="center"/>
      </w:pPr>
      <w:r>
        <w:rPr>
          <w:b/>
          <w:sz w:val="34"/>
        </w:rPr>
        <w:t>PŘIHLÁŠKA DO ŠKOLNÍ DRUŽINY</w:t>
      </w:r>
    </w:p>
    <w:p w14:paraId="02A50721" w14:textId="77777777" w:rsidR="005F2997" w:rsidRDefault="00000000">
      <w:pPr>
        <w:spacing w:after="360"/>
        <w:jc w:val="center"/>
      </w:pPr>
      <w:r>
        <w:rPr>
          <w:b/>
          <w:sz w:val="28"/>
        </w:rPr>
        <w:t>ŘEDITELSKÉ VOLNO</w:t>
      </w:r>
    </w:p>
    <w:p w14:paraId="100F3902" w14:textId="77777777" w:rsidR="005F2997" w:rsidRDefault="00000000">
      <w:pPr>
        <w:spacing w:after="120"/>
      </w:pPr>
      <w:r>
        <w:t>Přihlašuji své dítě:</w:t>
      </w:r>
    </w:p>
    <w:p w14:paraId="330AC82A" w14:textId="7C42F709" w:rsidR="005F2997" w:rsidRDefault="00000000">
      <w:pPr>
        <w:spacing w:after="280"/>
      </w:pPr>
      <w:proofErr w:type="spellStart"/>
      <w:r>
        <w:rPr>
          <w:b/>
        </w:rPr>
        <w:t>Jméno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příjmení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dítěte</w:t>
      </w:r>
      <w:proofErr w:type="spellEnd"/>
      <w:r>
        <w:rPr>
          <w:b/>
        </w:rPr>
        <w:t xml:space="preserve">: </w:t>
      </w:r>
      <w:r>
        <w:t>________________________________________________</w:t>
      </w:r>
    </w:p>
    <w:p w14:paraId="3FADB3D9" w14:textId="77777777" w:rsidR="005F2997" w:rsidRDefault="00000000">
      <w:r>
        <w:t>do školní družiny v době ředitelského volna v následujících dnech: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3135"/>
        <w:gridCol w:w="3135"/>
      </w:tblGrid>
      <w:tr w:rsidR="005F2997" w14:paraId="58A24BD5" w14:textId="77777777">
        <w:trPr>
          <w:jc w:val="center"/>
        </w:trPr>
        <w:tc>
          <w:tcPr>
            <w:tcW w:w="3135" w:type="dxa"/>
            <w:vAlign w:val="center"/>
          </w:tcPr>
          <w:p w14:paraId="05D95557" w14:textId="77777777" w:rsidR="005F2997" w:rsidRDefault="00000000">
            <w:pPr>
              <w:jc w:val="center"/>
            </w:pPr>
            <w:r>
              <w:rPr>
                <w:b/>
              </w:rPr>
              <w:t>Den a datum</w:t>
            </w:r>
          </w:p>
        </w:tc>
        <w:tc>
          <w:tcPr>
            <w:tcW w:w="3135" w:type="dxa"/>
            <w:vAlign w:val="center"/>
          </w:tcPr>
          <w:p w14:paraId="7DABA559" w14:textId="77777777" w:rsidR="005F2997" w:rsidRDefault="00000000">
            <w:pPr>
              <w:jc w:val="center"/>
            </w:pPr>
            <w:r>
              <w:rPr>
                <w:b/>
              </w:rPr>
              <w:t>Příchod od</w:t>
            </w:r>
          </w:p>
        </w:tc>
        <w:tc>
          <w:tcPr>
            <w:tcW w:w="3135" w:type="dxa"/>
            <w:vAlign w:val="center"/>
          </w:tcPr>
          <w:p w14:paraId="3CF330C2" w14:textId="77777777" w:rsidR="005F2997" w:rsidRDefault="00000000">
            <w:pPr>
              <w:jc w:val="center"/>
            </w:pPr>
            <w:r>
              <w:rPr>
                <w:b/>
              </w:rPr>
              <w:t>Odchod do</w:t>
            </w:r>
          </w:p>
        </w:tc>
      </w:tr>
      <w:tr w:rsidR="005F2997" w14:paraId="686D2EA5" w14:textId="77777777">
        <w:trPr>
          <w:jc w:val="center"/>
        </w:trPr>
        <w:tc>
          <w:tcPr>
            <w:tcW w:w="3515" w:type="dxa"/>
            <w:vAlign w:val="center"/>
          </w:tcPr>
          <w:p w14:paraId="6543FD8C" w14:textId="77777777" w:rsidR="005F2997" w:rsidRDefault="00000000">
            <w:pPr>
              <w:jc w:val="center"/>
            </w:pPr>
            <w:r>
              <w:t>pondělí 16. 11.</w:t>
            </w:r>
          </w:p>
        </w:tc>
        <w:tc>
          <w:tcPr>
            <w:tcW w:w="2268" w:type="dxa"/>
            <w:vAlign w:val="center"/>
          </w:tcPr>
          <w:p w14:paraId="7C62D586" w14:textId="300C1F43" w:rsidR="005F2997" w:rsidRDefault="005F2997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6A66492" w14:textId="5C182514" w:rsidR="005F2997" w:rsidRDefault="005F2997">
            <w:pPr>
              <w:jc w:val="center"/>
            </w:pPr>
          </w:p>
        </w:tc>
      </w:tr>
      <w:tr w:rsidR="005F2997" w14:paraId="24AB0020" w14:textId="77777777">
        <w:trPr>
          <w:jc w:val="center"/>
        </w:trPr>
        <w:tc>
          <w:tcPr>
            <w:tcW w:w="3515" w:type="dxa"/>
            <w:vAlign w:val="center"/>
          </w:tcPr>
          <w:p w14:paraId="3FA368A7" w14:textId="77777777" w:rsidR="005F2997" w:rsidRDefault="00000000">
            <w:pPr>
              <w:jc w:val="center"/>
            </w:pPr>
            <w:r>
              <w:t>pondělí 21. 12.</w:t>
            </w:r>
          </w:p>
        </w:tc>
        <w:tc>
          <w:tcPr>
            <w:tcW w:w="2268" w:type="dxa"/>
            <w:vAlign w:val="center"/>
          </w:tcPr>
          <w:p w14:paraId="7AF29A0B" w14:textId="25536501" w:rsidR="005F2997" w:rsidRDefault="005F2997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80C8DDC" w14:textId="0B56B10E" w:rsidR="005F2997" w:rsidRDefault="005F2997">
            <w:pPr>
              <w:jc w:val="center"/>
            </w:pPr>
          </w:p>
        </w:tc>
      </w:tr>
      <w:tr w:rsidR="005F2997" w14:paraId="35F51680" w14:textId="77777777">
        <w:trPr>
          <w:jc w:val="center"/>
        </w:trPr>
        <w:tc>
          <w:tcPr>
            <w:tcW w:w="3515" w:type="dxa"/>
            <w:vAlign w:val="center"/>
          </w:tcPr>
          <w:p w14:paraId="4F307EE0" w14:textId="77777777" w:rsidR="005F2997" w:rsidRDefault="00000000">
            <w:pPr>
              <w:jc w:val="center"/>
            </w:pPr>
            <w:r>
              <w:t>úterý 22. 12.</w:t>
            </w:r>
          </w:p>
        </w:tc>
        <w:tc>
          <w:tcPr>
            <w:tcW w:w="2268" w:type="dxa"/>
            <w:vAlign w:val="center"/>
          </w:tcPr>
          <w:p w14:paraId="12803A82" w14:textId="17D329D3" w:rsidR="005F2997" w:rsidRDefault="005F2997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C514C9D" w14:textId="1AF83EEC" w:rsidR="005F2997" w:rsidRDefault="005F2997">
            <w:pPr>
              <w:jc w:val="center"/>
            </w:pPr>
          </w:p>
        </w:tc>
      </w:tr>
    </w:tbl>
    <w:p w14:paraId="166D02D2" w14:textId="77777777" w:rsidR="005F2997" w:rsidRDefault="005F2997"/>
    <w:p w14:paraId="6F11EF5A" w14:textId="77777777" w:rsidR="005F2997" w:rsidRDefault="00000000">
      <w:pPr>
        <w:spacing w:before="160" w:after="120"/>
      </w:pPr>
      <w:r>
        <w:rPr>
          <w:b/>
        </w:rPr>
        <w:t>Zákonný zástupce:</w:t>
      </w:r>
    </w:p>
    <w:p w14:paraId="1E185153" w14:textId="4092B136" w:rsidR="005F2997" w:rsidRDefault="00000000">
      <w:pPr>
        <w:spacing w:after="320"/>
      </w:pPr>
      <w:proofErr w:type="spellStart"/>
      <w:r>
        <w:t>Jméno</w:t>
      </w:r>
      <w:proofErr w:type="spellEnd"/>
      <w:r>
        <w:t xml:space="preserve"> a </w:t>
      </w:r>
      <w:proofErr w:type="spellStart"/>
      <w:r>
        <w:t>příjmení</w:t>
      </w:r>
      <w:proofErr w:type="spellEnd"/>
      <w:r>
        <w:t>: ____________________________________________________________</w:t>
      </w:r>
      <w:r w:rsidR="0014628B">
        <w:br/>
      </w:r>
    </w:p>
    <w:p w14:paraId="25F499EC" w14:textId="77777777" w:rsidR="005F2997" w:rsidRDefault="00000000">
      <w:pPr>
        <w:spacing w:before="280"/>
      </w:pPr>
      <w:r>
        <w:t>Podpis zákonného zástupce: ________________________________________</w:t>
      </w:r>
    </w:p>
    <w:sectPr w:rsidR="005F2997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124922">
    <w:abstractNumId w:val="8"/>
  </w:num>
  <w:num w:numId="2" w16cid:durableId="1385300678">
    <w:abstractNumId w:val="6"/>
  </w:num>
  <w:num w:numId="3" w16cid:durableId="843668780">
    <w:abstractNumId w:val="5"/>
  </w:num>
  <w:num w:numId="4" w16cid:durableId="1825313622">
    <w:abstractNumId w:val="4"/>
  </w:num>
  <w:num w:numId="5" w16cid:durableId="1719671257">
    <w:abstractNumId w:val="7"/>
  </w:num>
  <w:num w:numId="6" w16cid:durableId="1216358314">
    <w:abstractNumId w:val="3"/>
  </w:num>
  <w:num w:numId="7" w16cid:durableId="1762482014">
    <w:abstractNumId w:val="2"/>
  </w:num>
  <w:num w:numId="8" w16cid:durableId="4989636">
    <w:abstractNumId w:val="1"/>
  </w:num>
  <w:num w:numId="9" w16cid:durableId="1968925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628B"/>
    <w:rsid w:val="0015074B"/>
    <w:rsid w:val="00222E39"/>
    <w:rsid w:val="0029639D"/>
    <w:rsid w:val="00326F90"/>
    <w:rsid w:val="005F299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CEAFE"/>
  <w14:defaultImageDpi w14:val="300"/>
  <w15:docId w15:val="{254D814A-7ABA-46E3-A5E1-BB6516CE7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Markéta Folk</cp:lastModifiedBy>
  <cp:revision>2</cp:revision>
  <dcterms:created xsi:type="dcterms:W3CDTF">2026-09-24T06:33:00Z</dcterms:created>
  <dcterms:modified xsi:type="dcterms:W3CDTF">2026-09-24T06:33:00Z</dcterms:modified>
  <cp:category/>
</cp:coreProperties>
</file>